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Georgia" w:hAnsi="Georgia"/>
          <w:b w:val="0"/>
          <w:i w:val="0"/>
          <w:color w:val="7B4BA8"/>
          <w:sz w:val="128"/>
        </w:rPr>
        <w:t>♥</w:t>
      </w:r>
    </w:p>
    <w:p>
      <w:pPr>
        <w:spacing w:before="0" w:after="200"/>
        <w:jc w:val="center"/>
      </w:pPr>
      <w:r>
        <w:rPr>
          <w:rFonts w:ascii="Georgia" w:hAnsi="Georgia"/>
          <w:b w:val="0"/>
          <w:i w:val="0"/>
          <w:sz w:val="68"/>
        </w:rPr>
        <w:t>The Campfire Book</w:t>
      </w:r>
    </w:p>
    <w:p>
      <w:pPr>
        <w:spacing w:before="0" w:after="200"/>
        <w:jc w:val="center"/>
      </w:pPr>
      <w:r>
        <w:rPr>
          <w:rFonts w:ascii="Verdana" w:hAnsi="Verdana"/>
          <w:b w:val="0"/>
          <w:i w:val="0"/>
          <w:color w:val="6C6158"/>
          <w:sz w:val="20"/>
        </w:rPr>
        <w:t>SECOND EDITION</w:t>
      </w:r>
    </w:p>
    <w:p>
      <w:r>
        <w:br w:type="page"/>
      </w:r>
    </w:p>
    <w:p>
      <w:pPr>
        <w:spacing w:before="3600" w:after="200"/>
        <w:jc w:val="center"/>
      </w:pPr>
      <w:r>
        <w:rPr>
          <w:rFonts w:ascii="Georgia" w:hAnsi="Georgia"/>
          <w:b w:val="0"/>
          <w:i w:val="0"/>
          <w:sz w:val="40"/>
        </w:rPr>
        <w:t>Preserve What Matters.</w:t>
      </w:r>
    </w:p>
    <w:p>
      <w:r>
        <w:br w:type="page"/>
      </w:r>
    </w:p>
    <w:p>
      <w:pPr>
        <w:spacing w:before="0" w:after="320"/>
        <w:jc w:val="center"/>
      </w:pPr>
      <w:r>
        <w:rPr>
          <w:rFonts w:ascii="Georgia" w:hAnsi="Georgia"/>
          <w:b w:val="0"/>
          <w:i w:val="0"/>
          <w:color w:val="7B4BA8"/>
          <w:sz w:val="80"/>
        </w:rPr>
        <w:t>♥</w:t>
      </w:r>
    </w:p>
    <w:p>
      <w:pPr>
        <w:spacing w:before="0" w:after="160"/>
        <w:jc w:val="center"/>
      </w:pPr>
      <w:r>
        <w:rPr>
          <w:rFonts w:ascii="Georgia" w:hAnsi="Georgia"/>
          <w:b w:val="0"/>
          <w:i w:val="0"/>
          <w:sz w:val="60"/>
        </w:rPr>
        <w:t>The Campfire Book</w:t>
      </w:r>
    </w:p>
    <w:p>
      <w:pPr>
        <w:spacing w:before="0" w:after="480"/>
        <w:jc w:val="center"/>
      </w:pPr>
      <w:r>
        <w:rPr>
          <w:rFonts w:ascii="Verdana" w:hAnsi="Verdana"/>
          <w:b w:val="0"/>
          <w:i w:val="0"/>
          <w:color w:val="C2500F"/>
          <w:sz w:val="20"/>
        </w:rPr>
        <w:t>SECOND EDITION</w:t>
      </w:r>
    </w:p>
    <w:p>
      <w:pPr>
        <w:spacing w:before="0" w:after="80"/>
        <w:jc w:val="center"/>
      </w:pPr>
      <w:r>
        <w:rPr>
          <w:rFonts w:ascii="Verdana" w:hAnsi="Verdana"/>
          <w:b w:val="0"/>
          <w:i w:val="0"/>
          <w:color w:val="6C6158"/>
          <w:sz w:val="20"/>
        </w:rPr>
        <w:t>Campfire Technologies LLC</w:t>
      </w:r>
    </w:p>
    <w:p>
      <w:pPr>
        <w:spacing w:before="0" w:after="200"/>
        <w:jc w:val="center"/>
      </w:pPr>
      <w:r>
        <w:rPr>
          <w:rFonts w:ascii="Verdana" w:hAnsi="Verdana"/>
          <w:b w:val="0"/>
          <w:i w:val="0"/>
          <w:color w:val="6C6158"/>
          <w:sz w:val="20"/>
        </w:rPr>
        <w:t>Cheyenne, Wyoming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685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mosphere-hearth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85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160"/>
        <w:jc w:val="center"/>
      </w:pPr>
      <w:r>
        <w:rPr>
          <w:rFonts w:ascii="Georgia" w:hAnsi="Georgia"/>
          <w:b w:val="0"/>
          <w:i w:val="0"/>
          <w:color w:val="7B4BA8"/>
          <w:sz w:val="88"/>
        </w:rPr>
        <w:t>One</w:t>
      </w:r>
    </w:p>
    <w:p>
      <w:pPr>
        <w:spacing w:before="0" w:after="600"/>
        <w:jc w:val="center"/>
      </w:pPr>
      <w:r>
        <w:rPr>
          <w:rFonts w:ascii="Georgia" w:hAnsi="Georgia"/>
          <w:b w:val="0"/>
          <w:i w:val="0"/>
          <w:sz w:val="44"/>
        </w:rPr>
        <w:t>The Beginning</w:t>
      </w:r>
    </w:p>
    <w:p>
      <w:pPr>
        <w:spacing w:before="0" w:after="200"/>
        <w:jc w:val="center"/>
      </w:pPr>
      <w:r>
        <w:rPr>
          <w:rFonts w:ascii="Georgia" w:hAnsi="Georgia"/>
          <w:b w:val="0"/>
          <w:i/>
          <w:sz w:val="30"/>
        </w:rPr>
        <w:t>“Every story begins as a moment someone almost forgot.”</w:t>
      </w:r>
    </w:p>
    <w:p>
      <w:pPr>
        <w:spacing w:before="0" w:after="200"/>
        <w:jc w:val="center"/>
      </w:pPr>
      <w:r>
        <w:rPr>
          <w:rFonts w:ascii="Verdana" w:hAnsi="Verdana"/>
          <w:b w:val="0"/>
          <w:i w:val="0"/>
          <w:color w:val="6C6158"/>
          <w:sz w:val="18"/>
        </w:rPr>
        <w:t>— Campy</w:t>
      </w:r>
    </w:p>
    <w:p>
      <w:r>
        <w:br w:type="page"/>
      </w:r>
    </w:p>
    <w:p>
      <w:pPr>
        <w:spacing w:before="0" w:after="200"/>
      </w:pPr>
      <w:r>
        <w:rPr>
          <w:rFonts w:ascii="Georgia" w:hAnsi="Georgia"/>
          <w:b w:val="0"/>
          <w:i w:val="0"/>
          <w:sz w:val="23"/>
        </w:rPr>
        <w:t>I had started using AI as a personal journal.</w:t>
      </w:r>
    </w:p>
    <w:p>
      <w:pPr>
        <w:spacing w:before="0" w:after="200"/>
      </w:pPr>
      <w:r>
        <w:rPr>
          <w:rFonts w:ascii="Georgia" w:hAnsi="Georgia"/>
          <w:b w:val="0"/>
          <w:i w:val="0"/>
          <w:sz w:val="23"/>
        </w:rPr>
        <w:t>Not for work. Not for anything clever. Every day I talked with it about my life — what happened, who I saw, what was weighing on me, what made me laugh. It was the easiest way I had ever found to say the day out loud.</w:t>
      </w:r>
    </w:p>
    <w:p>
      <w:pPr>
        <w:spacing w:before="0" w:after="200"/>
      </w:pPr>
      <w:r>
        <w:rPr>
          <w:rFonts w:ascii="Georgia" w:hAnsi="Georgia"/>
          <w:b w:val="0"/>
          <w:i w:val="0"/>
          <w:sz w:val="23"/>
        </w:rPr>
        <w:t>Every week I saved those conversations. I saved them because I imagined that one day my children — and someday my grandchildren — might enjoy reading them. Not the polished version of me. The real one.</w:t>
      </w:r>
    </w:p>
    <w:p>
      <w:pPr>
        <w:spacing w:before="0" w:after="200"/>
      </w:pPr>
      <w:r>
        <w:rPr>
          <w:rFonts w:ascii="Georgia" w:hAnsi="Georgia"/>
          <w:b w:val="0"/>
          <w:i w:val="0"/>
          <w:sz w:val="23"/>
        </w:rPr>
        <w:t>In the summer we took the camper to Glendo, Wyoming.</w:t>
      </w:r>
    </w:p>
    <w:p>
      <w:pPr>
        <w:spacing w:before="0" w:after="200"/>
      </w:pPr>
      <w:r>
        <w:rPr>
          <w:rFonts w:ascii="Georgia" w:hAnsi="Georgia"/>
          <w:b w:val="0"/>
          <w:i w:val="0"/>
          <w:sz w:val="23"/>
        </w:rPr>
        <w:t>It was a good trip. On the way home I pulled into the dump station to empty the black and gray tanks before heading back, because that is what you do. Nobody takes a picture of that part of camping.</w:t>
      </w:r>
    </w:p>
    <w:p>
      <w:pPr>
        <w:spacing w:before="0" w:after="200"/>
      </w:pPr>
      <w:r>
        <w:rPr>
          <w:rFonts w:ascii="Georgia" w:hAnsi="Georgia"/>
          <w:b w:val="0"/>
          <w:i w:val="0"/>
          <w:sz w:val="23"/>
        </w:rPr>
        <w:t>Standing there, doing the thing every camper eventually has to do, I laughed and texted:</w:t>
      </w:r>
    </w:p>
    <w:p>
      <w:pPr>
        <w:spacing w:before="280" w:after="320"/>
        <w:jc w:val="center"/>
      </w:pPr>
      <w:r>
        <w:rPr>
          <w:rFonts w:ascii="Georgia" w:hAnsi="Georgia"/>
          <w:b w:val="0"/>
          <w:i/>
          <w:sz w:val="28"/>
        </w:rPr>
        <w:t>“Story of my life… cleaning up people’s shit 😂😂”</w:t>
      </w:r>
    </w:p>
    <w:p>
      <w:pPr>
        <w:spacing w:before="0" w:after="200"/>
      </w:pPr>
      <w:r>
        <w:rPr>
          <w:rFonts w:ascii="Georgia" w:hAnsi="Georgia"/>
          <w:b w:val="0"/>
          <w:i w:val="0"/>
          <w:sz w:val="23"/>
        </w:rPr>
        <w:t>And then, still standing there, a different thought arrived.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630388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lendo-camper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3038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360"/>
        <w:jc w:val="center"/>
      </w:pPr>
      <w:r>
        <w:rPr>
          <w:rFonts w:ascii="Verdana" w:hAnsi="Verdana"/>
          <w:b w:val="0"/>
          <w:i w:val="0"/>
          <w:color w:val="6C6158"/>
          <w:sz w:val="18"/>
        </w:rPr>
        <w:t>GLENDO, WYOMING</w:t>
      </w:r>
    </w:p>
    <w:p>
      <w:r>
        <w:br w:type="page"/>
      </w:r>
    </w:p>
    <w:p>
      <w:pPr>
        <w:spacing w:before="200" w:after="360"/>
        <w:jc w:val="center"/>
      </w:pPr>
      <w:r>
        <w:rPr>
          <w:rFonts w:ascii="Georgia" w:hAnsi="Georgia"/>
          <w:b w:val="0"/>
          <w:i w:val="0"/>
          <w:sz w:val="40"/>
        </w:rPr>
        <w:t>What if AI could clean up people’s stories?</w:t>
      </w:r>
    </w:p>
    <w:p>
      <w:pPr>
        <w:spacing w:before="0" w:after="200"/>
      </w:pPr>
      <w:r>
        <w:rPr>
          <w:rFonts w:ascii="Georgia" w:hAnsi="Georgia"/>
          <w:b w:val="0"/>
          <w:i w:val="0"/>
          <w:sz w:val="23"/>
        </w:rPr>
        <w:t>Not rewrite them. Not change them. Simply organize scattered memories into something worth preserving.</w:t>
      </w:r>
    </w:p>
    <w:p>
      <w:pPr>
        <w:spacing w:before="0" w:after="200"/>
      </w:pPr>
      <w:r>
        <w:rPr>
          <w:rFonts w:ascii="Georgia" w:hAnsi="Georgia"/>
          <w:b w:val="0"/>
          <w:i w:val="0"/>
          <w:sz w:val="23"/>
        </w:rPr>
        <w:t>I stood there for a moment realizing that maybe I wasn’t thinking about camper tanks anymore.</w:t>
      </w:r>
    </w:p>
    <w:p>
      <w:pPr>
        <w:spacing w:before="0" w:after="200"/>
      </w:pPr>
      <w:r>
        <w:rPr>
          <w:rFonts w:ascii="Georgia" w:hAnsi="Georgia"/>
          <w:b w:val="0"/>
          <w:i w:val="0"/>
          <w:sz w:val="23"/>
        </w:rPr>
        <w:t>Maybe I was thinking about something much bigger.</w:t>
      </w:r>
    </w:p>
    <w:p>
      <w:pPr>
        <w:spacing w:before="200" w:after="240"/>
        <w:jc w:val="center"/>
      </w:pPr>
      <w:r>
        <w:rPr>
          <w:rFonts w:ascii="Georgia" w:hAnsi="Georgia"/>
          <w:b w:val="0"/>
          <w:i w:val="0"/>
          <w:color w:val="6C6158"/>
          <w:sz w:val="22"/>
        </w:rPr>
        <w:t>· · ·</w:t>
      </w:r>
    </w:p>
    <w:p>
      <w:pPr>
        <w:spacing w:before="0" w:after="440"/>
        <w:jc w:val="center"/>
      </w:pPr>
      <w:r>
        <w:rPr>
          <w:rFonts w:ascii="Georgia" w:hAnsi="Georgia"/>
          <w:b w:val="0"/>
          <w:i w:val="0"/>
          <w:sz w:val="26"/>
        </w:rPr>
        <w:t>The first Spark had been lit.</w:t>
      </w:r>
    </w:p>
    <w:p>
      <w:pPr>
        <w:spacing w:before="0" w:after="120"/>
        <w:jc w:val="center"/>
      </w:pPr>
      <w:r>
        <w:rPr>
          <w:rFonts w:ascii="Georgia" w:hAnsi="Georgia"/>
          <w:b w:val="0"/>
          <w:i w:val="0"/>
          <w:sz w:val="26"/>
        </w:rPr>
        <w:t>I didn’t have a company.</w:t>
      </w:r>
    </w:p>
    <w:p>
      <w:pPr>
        <w:spacing w:before="0" w:after="120"/>
        <w:jc w:val="center"/>
      </w:pPr>
      <w:r>
        <w:rPr>
          <w:rFonts w:ascii="Georgia" w:hAnsi="Georgia"/>
          <w:b w:val="0"/>
          <w:i w:val="0"/>
          <w:sz w:val="26"/>
        </w:rPr>
        <w:t>I didn’t have a name.</w:t>
      </w:r>
    </w:p>
    <w:p>
      <w:pPr>
        <w:spacing w:before="0" w:after="120"/>
        <w:jc w:val="center"/>
      </w:pPr>
      <w:r>
        <w:rPr>
          <w:rFonts w:ascii="Georgia" w:hAnsi="Georgia"/>
          <w:b w:val="0"/>
          <w:i w:val="0"/>
          <w:sz w:val="26"/>
        </w:rPr>
        <w:t>I didn’t even know if it was possible.</w:t>
      </w:r>
    </w:p>
    <w:p>
      <w:pPr>
        <w:spacing w:before="0" w:after="120"/>
        <w:jc w:val="center"/>
      </w:pPr>
      <w:r>
        <w:rPr>
          <w:rFonts w:ascii="Georgia" w:hAnsi="Georgia"/>
          <w:b w:val="0"/>
          <w:i w:val="0"/>
          <w:sz w:val="26"/>
        </w:rPr>
        <w:t>I only had one question.</w:t>
      </w:r>
    </w:p>
    <w:p>
      <w:pPr>
        <w:spacing w:before="400" w:after="400"/>
        <w:jc w:val="center"/>
      </w:pPr>
      <w:r>
        <w:rPr>
          <w:rFonts w:ascii="Georgia" w:hAnsi="Georgia"/>
          <w:b w:val="0"/>
          <w:i w:val="0"/>
          <w:sz w:val="40"/>
        </w:rPr>
        <w:t>Can we create an app?</w:t>
      </w:r>
    </w:p>
    <w:p>
      <w:pPr>
        <w:spacing w:before="0" w:after="200"/>
        <w:jc w:val="center"/>
      </w:pPr>
      <w:r>
        <w:rPr>
          <w:rFonts w:ascii="Georgia" w:hAnsi="Georgia"/>
          <w:b w:val="0"/>
          <w:i w:val="0"/>
          <w:color w:val="7B4BA8"/>
          <w:sz w:val="32"/>
        </w:rPr>
        <w:t>♥</w:t>
      </w:r>
    </w:p>
    <w:p>
      <w:r>
        <w:br w:type="page"/>
      </w:r>
    </w:p>
    <w:p>
      <w:pPr>
        <w:spacing w:before="0" w:after="160"/>
        <w:jc w:val="center"/>
      </w:pPr>
      <w:r>
        <w:rPr>
          <w:rFonts w:ascii="Georgia" w:hAnsi="Georgia"/>
          <w:i w:val="0"/>
          <w:color w:val="7B4BA8"/>
          <w:sz w:val="88"/>
        </w:rPr>
        <w:t>Two</w:t>
      </w:r>
    </w:p>
    <w:p>
      <w:pPr>
        <w:spacing w:before="0" w:after="600"/>
        <w:jc w:val="center"/>
      </w:pPr>
      <w:r>
        <w:rPr>
          <w:rFonts w:ascii="Georgia" w:hAnsi="Georgia"/>
          <w:i w:val="0"/>
          <w:sz w:val="44"/>
        </w:rPr>
        <w:t>People Around the Fire</w:t>
      </w:r>
    </w:p>
    <w:p>
      <w:pPr>
        <w:spacing w:before="0" w:after="200"/>
        <w:jc w:val="center"/>
      </w:pPr>
      <w:r>
        <w:rPr>
          <w:rFonts w:ascii="Georgia" w:hAnsi="Georgia"/>
          <w:i/>
          <w:sz w:val="30"/>
        </w:rPr>
        <w:t>“A fire can be burning perfectly and still be waiting for someone to sit beside it.”</w:t>
      </w:r>
    </w:p>
    <w:p>
      <w:pPr>
        <w:spacing w:before="0" w:after="200"/>
        <w:jc w:val="center"/>
      </w:pPr>
      <w:r>
        <w:rPr>
          <w:rFonts w:ascii="Verdana" w:hAnsi="Verdana"/>
          <w:i w:val="0"/>
          <w:color w:val="6C6158"/>
          <w:sz w:val="18"/>
        </w:rPr>
        <w:t>— Campy</w:t>
      </w:r>
    </w:p>
    <w:p>
      <w:r>
        <w:br w:type="page"/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Campfire worked.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 could open it on my phone, press Record, talk about something that happened in my life, and watch those words become a memory worth keeping.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It wasn’t perfect.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We had already crashed it once.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We had lost recordings.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We had spent nights testing things that should have worked and didn’t.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But the important part worked.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I could talk.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Campfire could listen.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And the memory stayed.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For a while, I thought that was the hard part.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It wasn’t.</w:t>
      </w:r>
    </w:p>
    <w:p>
      <w:pPr>
        <w:spacing w:before="200" w:after="240"/>
        <w:jc w:val="center"/>
      </w:pPr>
      <w:r>
        <w:rPr>
          <w:rFonts w:ascii="Georgia" w:hAnsi="Georgia"/>
          <w:i w:val="0"/>
          <w:color w:val="6C6158"/>
          <w:sz w:val="22"/>
        </w:rPr>
        <w:t>· · ·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 showed Campfire to Brittany.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She had watched me working on it. She knew how much time I was spending talking to Fizzy, changing things, breaking things, fixing them and trying again.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When she finally saw what Campfire was becoming, she told me it was one of the most amazing things I had ever done.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That meant a lot coming from her.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She also thought I should be careful about showing it to too many people. We had something special. Maybe we should keep it quiet until it was ready.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Then she said something I didn’t expect.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She wouldn’t use it.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She loved Campfire.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She believed in what I was building.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She just didn’t see herself sitting down and pressing Record.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At first, I didn’t realize how important that was.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Later, I would understand that Brittany had shown me the next problem Campfire had to solve.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Someone could love the idea of preserving their life without actually doing it.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They could think Campfire was wonderful and still never tell Campfire a story.</w:t>
      </w:r>
    </w:p>
    <w:p>
      <w:pPr>
        <w:spacing w:before="200" w:after="240"/>
        <w:jc w:val="center"/>
      </w:pPr>
      <w:r>
        <w:rPr>
          <w:rFonts w:ascii="Georgia" w:hAnsi="Georgia"/>
          <w:i w:val="0"/>
          <w:color w:val="6C6158"/>
          <w:sz w:val="22"/>
        </w:rPr>
        <w:t>· · ·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So I started inviting people to sit around the fire.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Not thousands of people.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People I knew.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Family.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Friends.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People whose opinions I trusted enough to hear when something didn’t work.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Some opened Campfire and started exploring.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Some recorded a memory.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Some recorded several.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Some looked around and left.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Some never came in at all.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And that was when Campfire stopped being just the app I was building.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It started becoming something I had to learn from.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The Journey Map would eventually give this problem a name: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The Admiration Gap.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Someone could say: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This is amazing.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And still never press Record.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That changed the question.</w:t>
      </w:r>
    </w:p>
    <w:p>
      <w:pPr>
        <w:spacing w:before="400" w:after="400"/>
        <w:jc w:val="center"/>
      </w:pPr>
      <w:r>
        <w:rPr>
          <w:rFonts w:ascii="Georgia" w:hAnsi="Georgia"/>
          <w:i w:val="0"/>
          <w:sz w:val="40"/>
        </w:rPr>
        <w:t>Can we build Campfire?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Now we were asking:</w:t>
      </w:r>
    </w:p>
    <w:p>
      <w:pPr>
        <w:spacing w:before="400" w:after="400"/>
        <w:jc w:val="center"/>
      </w:pPr>
      <w:r>
        <w:rPr>
          <w:rFonts w:ascii="Georgia" w:hAnsi="Georgia"/>
          <w:i w:val="0"/>
          <w:sz w:val="40"/>
        </w:rPr>
        <w:t>How do we help someone tell the first story?</w:t>
      </w:r>
    </w:p>
    <w:p>
      <w:pPr>
        <w:spacing w:before="200" w:after="240"/>
        <w:jc w:val="center"/>
      </w:pPr>
      <w:r>
        <w:rPr>
          <w:rFonts w:ascii="Georgia" w:hAnsi="Georgia"/>
          <w:i w:val="0"/>
          <w:color w:val="6C6158"/>
          <w:sz w:val="22"/>
        </w:rPr>
        <w:t>· · ·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That question began changing Campfire.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We started thinking less about features and more about the moment before someone speaks.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What does a person see when they arrive?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Do they know what they’re supposed to do?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Does an empty Campfire feel inviting?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Or does it feel like an empty page?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Should we give them an idea?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Should we ask them a question?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Should Campfire wait quietly?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Should Campy help?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We had built a place that could preserve a story.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Now we had to make it feel safe and easy enough to begin one.</w:t>
      </w:r>
    </w:p>
    <w:p>
      <w:pPr>
        <w:spacing w:before="200" w:after="240"/>
        <w:jc w:val="center"/>
      </w:pPr>
      <w:r>
        <w:rPr>
          <w:rFonts w:ascii="Georgia" w:hAnsi="Georgia"/>
          <w:i w:val="0"/>
          <w:color w:val="6C6158"/>
          <w:sz w:val="22"/>
        </w:rPr>
        <w:t>· · ·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And there was another thing I was beginning to understand.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People don’t organize their lives the way software organizes data.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They don’t think: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I would like to create record number forty-seven.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They think about people.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Mom.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Dad.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Brittany.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The kids.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The grandkids.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 friend they haven’t seen in years.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They think about places.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 campground.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 kitchen.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 school.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 beach.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 house they used to live in.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They think about parts of their lives.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Work.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Family.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Vacations.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Traditions.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Things that made them laugh.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Things they never want to forget.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Campfire needed to understand life that way too.</w:t>
      </w:r>
    </w:p>
    <w:p>
      <w:pPr>
        <w:spacing w:before="200" w:after="240"/>
        <w:jc w:val="center"/>
      </w:pPr>
      <w:r>
        <w:rPr>
          <w:rFonts w:ascii="Georgia" w:hAnsi="Georgia"/>
          <w:i w:val="0"/>
          <w:color w:val="6C6158"/>
          <w:sz w:val="22"/>
        </w:rPr>
        <w:t>· · ·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On June 20, something appeared in Campfire that gave that idea a name.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People Around the Fire.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The name mattered.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These weren’t contacts.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They weren’t followers.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They weren’t friends in the social-media sense.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They were the people who belonged in your stories.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The people sitting around your fire.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That distinction would become more important than I understood at the time.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Because Campfire was never supposed to become another place where people performed their lives for everybody else.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It was supposed to help them keep their lives.</w:t>
      </w:r>
    </w:p>
    <w:p>
      <w:pPr>
        <w:spacing w:before="200" w:after="240"/>
        <w:jc w:val="center"/>
      </w:pPr>
      <w:r>
        <w:rPr>
          <w:rFonts w:ascii="Georgia" w:hAnsi="Georgia"/>
          <w:i w:val="0"/>
          <w:color w:val="6C6158"/>
          <w:sz w:val="22"/>
        </w:rPr>
        <w:t>· · ·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And slowly, Campfire began learning how to do more than listen.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It learned how to remember who people were.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It learned how memories belonged together.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It learned how a story could be shared.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It learned how something one person remembered could matter to somebody else.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On June 21, published Storybooks appeared.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Storyteller profiles and welcome experiences followed on June 22.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Keepsakes appeared June 27.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Feedback arrived June 29.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Those dates are part of the history.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But sitting there building it, it didn’t feel like a list of features.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It felt like questions.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What would make this easier?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What would make this feel more human?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What would make somebody want to come back?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And underneath all of them was the same question Brittany had unknowingly handed me:</w:t>
      </w:r>
    </w:p>
    <w:p>
      <w:pPr>
        <w:spacing w:before="400" w:after="400"/>
        <w:jc w:val="center"/>
      </w:pPr>
      <w:r>
        <w:rPr>
          <w:rFonts w:ascii="Georgia" w:hAnsi="Georgia"/>
          <w:i w:val="0"/>
          <w:sz w:val="40"/>
        </w:rPr>
        <w:t>What gets someone to press Record?</w:t>
      </w:r>
    </w:p>
    <w:p>
      <w:pPr>
        <w:spacing w:before="200" w:after="240"/>
        <w:jc w:val="center"/>
      </w:pPr>
      <w:r>
        <w:rPr>
          <w:rFonts w:ascii="Georgia" w:hAnsi="Georgia"/>
          <w:i w:val="0"/>
          <w:color w:val="6C6158"/>
          <w:sz w:val="22"/>
        </w:rPr>
        <w:t>· · ·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Campy was changing too.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In the beginning, Campy was an idea.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 little warmth inside the app.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 way for Campfire to feel less like software.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But the more real people began using Campfire, the more important that warmth became.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Campy couldn’t feel like a notification system.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He couldn’t nag someone because they hadn’t recorded today.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Campfire wasn’t going to have streaks.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It wasn’t going to make somebody feel guilty because life got busy.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Campy needed to feel like someone tending the fire.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There when you needed him.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Quiet when you didn’t.</w:t>
      </w:r>
    </w:p>
    <w:p>
      <w:pPr>
        <w:spacing w:before="200" w:after="240"/>
        <w:jc w:val="center"/>
      </w:pPr>
      <w:r>
        <w:rPr>
          <w:rFonts w:ascii="Georgia" w:hAnsi="Georgia"/>
          <w:i w:val="0"/>
          <w:color w:val="6C6158"/>
          <w:sz w:val="22"/>
        </w:rPr>
        <w:t>· · ·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Something else happened as people began using Campfire.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 stopped being able to imagine it only through my own eyes.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That may have been one of the biggest changes of all.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When Campfire was just mine, I knew how everything worked because I had helped create everything.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 button didn’t need to explain itself to me.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An empty screen didn’t confuse me.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 knew what Campy meant.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 knew why Chapters existed.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 knew what I was supposed to say when I pressed Record.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Other people didn’t.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Every hesitation told us something.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Every person who couldn’t figure something out told us something.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Every person who recorded once and disappeared told us something.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And every person who came back and recorded another memory told us something too.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Real people were becoming part of the design.</w:t>
      </w:r>
    </w:p>
    <w:p>
      <w:pPr>
        <w:spacing w:before="200" w:after="240"/>
        <w:jc w:val="center"/>
      </w:pPr>
      <w:r>
        <w:rPr>
          <w:rFonts w:ascii="Georgia" w:hAnsi="Georgia"/>
          <w:i w:val="0"/>
          <w:color w:val="6C6158"/>
          <w:sz w:val="22"/>
        </w:rPr>
        <w:t>· · ·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That changed the way Fizzy and I worked.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After the crash, we had already learned to be more careful.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Now we were learning to be more curious.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Instead of only asking:</w:t>
      </w:r>
    </w:p>
    <w:p>
      <w:pPr>
        <w:spacing w:before="400" w:after="400"/>
        <w:jc w:val="center"/>
      </w:pPr>
      <w:r>
        <w:rPr>
          <w:rFonts w:ascii="Georgia" w:hAnsi="Georgia"/>
          <w:i w:val="0"/>
          <w:sz w:val="40"/>
        </w:rPr>
        <w:t>Does this work?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We started asking: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Will someone understand it?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Will they know what to do next?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Does it feel like Campfire?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Are we helping them tell their story, or are we getting in the way?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The app was getting more complicated.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The idea was getting simpler.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Open. Talk. Done.</w:t>
      </w:r>
    </w:p>
    <w:p>
      <w:pPr>
        <w:spacing w:before="200" w:after="240"/>
        <w:jc w:val="center"/>
      </w:pPr>
      <w:r>
        <w:rPr>
          <w:rFonts w:ascii="Georgia" w:hAnsi="Georgia"/>
          <w:i w:val="0"/>
          <w:color w:val="6C6158"/>
          <w:sz w:val="22"/>
        </w:rPr>
        <w:t>· · ·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 still wanted Campfire in the App Store.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That had been part of the dream almost from the beginning.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For a while, I thought the path was straightforward: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Build Campfire.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Get it working.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Put it in the App Store.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Launch it.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But Campfire was teaching me that “launch” might mean something different.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We didn’t need to wait for an app store to tell us whether the idea worked.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We could put Campfire into people’s hands now.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We could watch people use it.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We could learn.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We could make it better.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And someday, if Campfire did make its way to Apple, I didn’t want to arrive with an idea.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I wanted to arrive with a fire already burning.</w:t>
      </w:r>
    </w:p>
    <w:p>
      <w:pPr>
        <w:spacing w:before="200" w:after="240"/>
        <w:jc w:val="center"/>
      </w:pPr>
      <w:r>
        <w:rPr>
          <w:rFonts w:ascii="Georgia" w:hAnsi="Georgia"/>
          <w:i w:val="0"/>
          <w:color w:val="6C6158"/>
          <w:sz w:val="22"/>
        </w:rPr>
        <w:t>· · ·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 had started Campfire because I wanted a better way to preserve my own life.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That was enough to light the first Spark.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But it wasn’t enough to build Campfire.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For that, other people had to sit down beside it.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They had to show us what confused them.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What moved them.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What they ignored.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What made them come back.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And sometimes what they never did at all.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Brittany still hadn’t pressed Record.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In a strange way, that made her one of Campfire’s most important early storytellers.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Without telling Campfire a story, she had taught it something it needed to know: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A memory can only be preserved after someone decides it’s worth telling.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We had learned how to keep the memory.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Now we had to earn the moment before it.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The fire was burning.</w:t>
      </w:r>
    </w:p>
    <w:p>
      <w:pPr>
        <w:spacing w:before="0" w:after="200"/>
      </w:pPr>
      <w:r>
        <w:rPr>
          <w:rFonts w:ascii="Georgia" w:hAnsi="Georgia"/>
          <w:i w:val="0"/>
          <w:sz w:val="23"/>
        </w:rPr>
        <w:t>There were finally people sitting around it.</w:t>
      </w:r>
    </w:p>
    <w:p>
      <w:pPr>
        <w:spacing w:before="0" w:after="120"/>
        <w:jc w:val="center"/>
      </w:pPr>
      <w:r>
        <w:rPr>
          <w:rFonts w:ascii="Georgia" w:hAnsi="Georgia"/>
          <w:i w:val="0"/>
          <w:sz w:val="26"/>
        </w:rPr>
        <w:t>And Campfire was beginning to learn how to listen to more than just me.</w:t>
      </w:r>
    </w:p>
    <w:p>
      <w:pPr>
        <w:spacing w:before="0" w:after="200"/>
        <w:jc w:val="center"/>
      </w:pPr>
      <w:r>
        <w:rPr>
          <w:rFonts w:ascii="Georgia" w:hAnsi="Georgia"/>
          <w:i w:val="0"/>
          <w:color w:val="7B4BA8"/>
          <w:sz w:val="32"/>
        </w:rPr>
        <w:t>♥</w:t>
      </w:r>
    </w:p>
    <w:p>
      <w:r>
        <w:br w:type="page"/>
      </w:r>
    </w:p>
    <w:p>
      <w:pPr>
        <w:spacing w:before="0" w:after="100"/>
        <w:jc w:val="center"/>
      </w:pPr>
      <w:r>
        <w:rPr>
          <w:rFonts w:ascii="Verdana" w:hAnsi="Verdana"/>
          <w:i w:val="0"/>
          <w:color w:val="6C6158"/>
          <w:sz w:val="18"/>
        </w:rPr>
        <w:t>The Campfire Book · Second Edition</w:t>
      </w:r>
    </w:p>
    <w:p>
      <w:pPr>
        <w:spacing w:before="0" w:after="100"/>
        <w:jc w:val="center"/>
      </w:pPr>
      <w:r>
        <w:rPr>
          <w:rFonts w:ascii="Verdana" w:hAnsi="Verdana"/>
          <w:i w:val="0"/>
          <w:color w:val="6C6158"/>
          <w:sz w:val="18"/>
        </w:rPr>
        <w:t>© 2026 Campfire Technologies LLC. All Rights Reserved.</w:t>
      </w:r>
    </w:p>
    <w:p>
      <w:pPr>
        <w:spacing w:before="0" w:after="100"/>
        <w:jc w:val="center"/>
      </w:pPr>
      <w:r>
        <w:rPr>
          <w:rFonts w:ascii="Verdana" w:hAnsi="Verdana"/>
          <w:i w:val="0"/>
          <w:color w:val="6C6158"/>
          <w:sz w:val="18"/>
        </w:rPr>
        <w:t>Founded in Cheyenne, Wyoming.</w:t>
      </w:r>
    </w:p>
    <w:p>
      <w:pPr>
        <w:spacing w:before="0" w:after="100"/>
        <w:jc w:val="center"/>
      </w:pPr>
      <w:r>
        <w:rPr>
          <w:rFonts w:ascii="Verdana" w:hAnsi="Verdana"/>
          <w:i w:val="0"/>
          <w:color w:val="6C6158"/>
          <w:sz w:val="18"/>
        </w:rPr>
        <w:t>Set in Fraunces and Instrument Sans. 7 × 10 inches, mirrored margins.</w:t>
      </w:r>
    </w:p>
    <w:p>
      <w:pPr>
        <w:spacing w:before="0" w:after="100"/>
        <w:jc w:val="center"/>
      </w:pPr>
      <w:r>
        <w:rPr>
          <w:rFonts w:ascii="Verdana" w:hAnsi="Verdana"/>
          <w:i w:val="0"/>
          <w:color w:val="6C6158"/>
          <w:sz w:val="18"/>
        </w:rPr>
        <w:t>An internal publication. Not for distribution.</w:t>
      </w:r>
    </w:p>
    <w:sectPr w:rsidR="00FC693F" w:rsidRPr="0006063C" w:rsidSect="00034616">
      <w:pgSz w:w="10080" w:h="14400"/>
      <w:pgMar w:top="1296" w:right="1080" w:bottom="1368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8" w:lineRule="auto" w:after="200"/>
    </w:pPr>
    <w:rPr>
      <w:rFonts w:ascii="Georgia" w:hAnsi="Georgia"/>
      <w:color w:val="2823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